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תיק צרכני - חוק הגנת הצרכן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הזכויות הבסיסיות של צרכנים לפי חוק הגנת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לחשב דמי ביטול בעסקאות מרחוק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החוק על מקרים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אפשר לבטל עם דמי ביטול עד 40 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14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החוק קובע תקרה לדמי הביטול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זכות בסיסית בחוק הגנת הצרכן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במוצר פגום לרוב אין דמי ביטול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(עסקת מכר מרחוק)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(דמי ביטול)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(גילוי נאות)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מקרים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זכות להחזר/תיקון/החלפה, הסבר שהאחריות על המוכר, התייחסות לכך שבמוצר פגום אין לגבות דמי ביטול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הצרכן קונה מוצר באינטרנט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הצרכן מחליט לבטל את העסקה תוך 14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הצרכן פונה למוכר ומודיע על הביטול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המוכר מחזיר את הכסף בניכוי דמי ביטול (אם רלוונטי)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קנייה באינטרנט/טלפון בלי לראות את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14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במוצר תקין אפשר לגבות דמי ביטול, במוצר פגום לרוב אסור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חוויה אישית של תלמיד/ה שהחזיר/ה 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שהפרטים המספריים (כמו 14 יום) כדאי לוודא מול המקור המעודכן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המשימה הפתוחה לדיון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תיק צרכני - חוק הגנת הצרכן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מצבים צרכניים אמיתיים - ביטול עסקאות, מוצרים פגומים ואחריות - ותבדקו מה אומר החוק במקרים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ביטול  ·  צרכן  ·  מרחוק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הזמנתם מעיל תקין באינטרנט ב-800 ש״ח והתחרטתם אחרי 5 ימים. מה הדין?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 אפשר לבטל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אפשר לבטל עם דמי ביטול עד 40 ש״ח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אפשר לבטל עם דמי ביטול 100 ש״ח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יש לצרכן לבטל עסקת מכר מרחוק (קנייה באינטרנט), לפי הכלל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24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למוכר לגבות דמי ביטול בכל סכום שהוא רוצה.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בעסקת מכר מרחוק יש לצרכן זכות ביטול גם אם המוצר תקין.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המוצר פגום, הצרכן צריך לשלם דמי ביטול כמו במוצר תקין.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עסקה שנעשית באינטרנט או בטלפון נקראת עסקת מכר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הסכום הקטן שמותר לגבות בעת ביטול עסקה נקרא דמי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החוק שמגן על זכויות הקונים נקרא חוק הגנת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קנייה באינטרנט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עסקת מכר מרחוק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תשלום קטן על ביטול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תיקון חינם בזמן מסוים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דמי ביטול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מידע אמיתי על המוצר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גילוי נאות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מקרים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מקרה שבו צרכן קנה מוצר פגום בחנות פיזית. מה לדעתכם מגיע לו לפי החוק,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הצרכן מחליט לבטל את העסקה תוך 14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הצרכן פונה למוכר ומודיע על הביטול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המוכר מחזיר את הכסף בניכוי דמי ביטול (אם רלוונטי)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הצרכן קונה מוצר באינטרנט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עסקת מכר מרחוק?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זמן יש לצרכן לבטל עסקה כזו בדרך כלל?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תיק צרכני - חוק הגנת הצרכן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