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כסף בראש – חינוך פיננסי לכיתה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תיק צרכני - חוק הגנת הצרכן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הזכויות הבסיסיות של צרכנים לפי חוק הגנת הצרכן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לחשב דמי ביטול בעסקאות מרחוק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ליישם את החוק על מקרים יומיומיים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בחירה 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אפשר לבטל עם דמי ביטול עד 40 ש״ח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14 יום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תלוי במדיניות החנות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לתקן או להחליף בלי תשלום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תוך 14 יום מהביטול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החוק קובע תקרה לדמי הביטול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זו זכות בסיסית בחוק הגנת הצרכן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במוצר פגום לרוב אין דמי ביטול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החוק חל גם על קניות בחנות פיזית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זו משמעות האחריות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מרחוק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ביטול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צרכן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אחריות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פגום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(עסקת מכר מרחוק)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(דמי ביטול)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(אחריות)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(גילוי נאות)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(מוצר פגום)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מקרים לדיון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טובה תכלול: זכות להחזר/תיקון/החלפה, הסבר שהאחריות על המוכר, התייחסות לכך שבמוצר פגום אין לגבות דמי ביטול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טובה תתייחס לכך שבאינטרנט אי אפשר לבדוק את המוצר לפני הקנייה, ולכן יש צורך בהגנה נוספת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סדר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הצרכן קונה מוצר באינטרנט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הצרכן מחליט לבטל את העסקה תוך 14 יום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הצרכן פונה למוכר ומודיע על הביטול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המוכר מחזיר את הכסף בניכוי דמי ביטול (אם רלוונטי)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הגדרה: קנייה באינטרנט/טלפון בלי לראות את המוצר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14 יום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במוצר תקין אפשר לגבות דמי ביטול, במוצר פגום לרוב אסור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בדיון קצר על חוויה אישית של תלמיד/ה שהחזיר/ה מוצר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שהפרטים המספריים (כמו 14 יום) כדאי לוודא מול המקור המעודכן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להרחיב את המשימה הפתוחה לדיון בקבוצות קטנות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כסף בראש – חינוך פיננסי לכיתה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תיק צרכני - חוק הגנת הצרכן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זה תתרגלו מצבים צרכניים אמיתיים - ביטול עסקאות, מוצרים פגומים ואחריות - ותבדקו מה אומר החוק במקרים כאלה.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בחירה 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הזמנתם מעיל תקין באינטרנט ב-800 ש״ח והתחרטתם אחרי 5 ימים. מה הדין?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 אפשר לבטל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אפשר לבטל עם דמי ביטול עד 40 ש״ח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אפשר לבטל עם דמי ביטול 100 ש״ח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אפשר לבטל ללא דמי ביטול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זמן יש לצרכן לבטל עסקת מכר מרחוק (קנייה באינטרנט), לפי הכלל הרגיל?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24 שעות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7 ימים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14 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30 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קניתם נעליים בחנות, מדדתם בבית וגיליתם שהן לא נוחות. הנעליים תקינות. מה הזכות שלכם?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זכות חוקית מלאה להחזר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תלוי במדיניות החנות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תמיד אסור להחזיר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תמיד חובה להחזיר כסף מלא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מוצר שנשבר תוך תקופת האחריות - מה באחריות המוכר או היצרן לעשות?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לא לעשות כלום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לתקן או להחליף בלי תשלום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לגבות תשלום על התיקון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להציע הנחה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צרכן שביטל עסקת מכר מרחוק כדין - מתי יקבל את כספו בחזרה?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תוך 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תוך 14 יום מהביטול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אין חובה להחזיר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אם המוכר מסכים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מותר למוכר לגבות דמי ביטול בכל סכום שהוא רוצה.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בעסקת מכר מרחוק יש לצרכן זכות ביטול גם אם המוצר תקין.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אם המוצר פגום, הצרכן צריך לשלם דמי ביטול כמו במוצר תקין.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חוק הגנת הצרכן חל רק על קניות באינטרנט.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אחריות היצרן מחייבת תיקון או החלפה ללא תשלום בתוך תקופת האחריות.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עסקה שנעשית באינטרנט או בטלפון נקראת עסקת מכר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הסכום הקטן שמותר לגבות בעת ביטול עסקה נקרא דמי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החוק שמגן על זכויות הקונים נקרא חוק הגנת ה__________.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התחייבות היצרן לתקן מוצר פגום בחינם נקראת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מוצר שיש בו קלקול או אינו תקין נקרא מוצר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קנייה באינטרנט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דמי ביטול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תשלום קטן על ביטול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גילוי נאות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תיקון חינם בזמן מסוים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מוצר פגום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מידע אמיתי על המוצר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אחריות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מוצר שלא תקין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עסקת מכר מרחוק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מקרים לדיון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תארו מקרה שבו צרכן קנה מוצר פגום בחנות פיזית. מה לדעתכם מגיע לו לפי החוק, ולמה?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טיעון קצר: למה לדעתכם חשוב שלצרכנים תהיה זכות ביטול בקנייה באינטרנט?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סדר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הצרכן מחליט לבטל את העסקה תוך 14 יום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הצרכן פונה למוכר ומודיע על הביטול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המוכר מחזיר את הכסף בניכוי דמי ביטול (אם רלוונטי)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הצרכן קונה מוצר באינטרנט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עסקת מכר מרחוק?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כמה זמן יש לצרכן לבטל עסקה כזו בדרך כלל?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דמי ביטול במוצר תקין לבין מוצר פגום?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תיק צרכני - חוק הגנת הצרכן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